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Ильского городского поселения Северского района (подробнее) Администрация Ильского городского поселения Северского района Краснодарского края (подробнее) ООО "Аналитическое бюро экспертиз и исследований"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