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с ограниченной ответственностью «Космос СПб» (далее – должник) его конкурсный управляющий обратилась в Арбитражный суд города Санкт-Петербурга и Ленинградской области с заявлением о признании недействительных сделок по перечислению денежных средств должника, совершенных Василеостровским отделом Управления Федеральной службы судебных приставов по Санкт-Петербургу (далее – Отдел судебных приставов) в пользу общества «Мост-Контроль» в сумме 484 810 руб. 36 коп.; в пользу общества с ограниченной ответственностью «Стил Юнион» (далее – общество «Стил Юнион») в сумме 275 302 руб. 74 коп.; в пользу общества с ограниченной ответственностью «Мостстройпроект» (далее – общество «Мостстройпроект») в сумме 19 323 руб. 17 коп.; в пользу бюджета – Инспекции Федеральной налоговой службы № 26 по городу Москве в сумме 4 104 руб. 18 коп., в пользу ФИО1 в сумме 90 102 руб. 98 коп.; в пользу ФИО2 в сумме 351 814 руб. 32 коп., а также в пользу Управления Федеральной службы судебных приставов России по Санкт-Петербургу (далее – управление) - 601 735 руб. 42 коп., а также применить последствия недействительности сделок. Определением суда первой инстанции от 21.12.2016, оставленным без изменения постановлением Тринадцатого арбитражного апелляционного суда от 09.03.2017, заявленные требования удовлетворены частично, признаны недействительными сделки, совершенные за счет средств должника по списанию с расчетного счета должника по платежному поручению от 20.03.2014 № 347 денежных средств в размере 779 436 руб. 27 коп.; по платежному поручению от 10.04.2014 № 414 денежных средств в размере 1 567 900 руб. 78 коп.; по распределению судебным приставом-исполнителем ФИО3 вышеуказанных денежных средств соответственно в пользу общества «Мост-Контроль», общества «Стил-Юнион» общества «Мостстройпроект» и в пользу управления, применены последствия недействительности сделок. В остальной части заявленных требований отказано. Суд округа постановлением от 30.05.2017 изменил названные судебные акты в части применения последствий недействительности сделки, изложив абзац пятнадцатый резолютивной части определения от 21.12.2016 в следующей редакции: «Обязать Управление Федеральной службы судебных приставов России по Санкт-Петербургу возвратить обществу с ограниченной ответственностью «Космос СПб» 456 826 руб. 55 коп.». В кассационной жалобе, поданной в Верховный Суд Российской Федерации, общество «Мост-Контроль» просит отменить принятые по настоящему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Признавая оспариваемые сделки недействительными и подтверждая правильность данного вывода, суды руководствовались статьей 61.3 Федерального закона от 26.10.2002 № 127-ФЗ «О несостоятельности (банкротстве)», учли разъяснения, содержащиеся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сделки привели к преимущественному удовлетворению требований названных обществ перед другими кредиторами должника. Суды установили, что спорные сделки направлены на оплату задолженности, возникшей задолго до платежей при наличии у должника иных кредиторов. Оснований для отнесения платежей к обычной хозяйственной деятельности судами не имеется. Приведенные в настоящей жалобе доводы не подтверждают нарушений судами норм права, влекущих отмену или изменение обжалуемых судебных актов на основании части 1 статьи 291.11 Арбитражного процессуального кодекса Российской Федерации, рассматривались судом округа и получили соответствующую оценку.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«Мост-Контроль»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Иные лица: Агентство по страхованию вкладов (подробнее) АКБ "Пересвет" (подробнее) АО Временной администрации АКБ "Пересвет" (подробнее) Арбитражный суд г. Москвы (подробнее) /// а/у Карих Л.А. (подробнее) а/у Карих Людмила Анатольевна (подробнее) /// Василеостровский отдел УФССП России по Санкт-Петербургу (подробнее) /// в/у Логинов О.А. (подробнее) ГК /// "Агентство по страхованию вкладов" (подробнее) /// Государственная инспекция Санкт-Петербурга по надзору за техническим состоянием самоходных машин и других видов техники (Гостехнадзор Санкт - Петерберга) (подробнее) ГУЗ Центральная клиническая медико - санитарная часть Травмпункт (подробнее) ГУ Управление ГИБДД МВД России по г. Санкт-Петербургу и Ленинградской области (подробнее) /// Департамент строительства города Москвы (подробнее) ЗАО "Банк "Советский" (подробнее) ЗАО к/у "СПОК-1" Шестакова Олеся Анатольевна (подробнее) КОМИТЕТ ИМУЩЕСТВЕННЫХ ОТНОШЕНИЙ Санкт-ПетербургА (подробнее) Комитет имущественных отношений Санкт-Петербурга Управление регулирования сделок с земельными участками (подробнее) /// Крымский союз профессиональных арбитражных управляющих "Эксперт" (подробнее) к/у Череднякова Т.Е. (подробнее) Левочкин Роман Николаевич - предст-ль комитета кредиторов (подробнее) Межрайонная инспекция Федеральной налоговой службы №22 по Московской области (подробнее) Межрайонная инспекция Федеральной налоговой службы №23 по Санкт-Петербургу (подробнее) Межрайонная ИФНС №16 по Санкт-Петербургу (подробнее) Межрайонная ИФНС России №16 по Санкт-Петербургу (подробнее) Межрайонная ИФНС России №24 по Санкт-Петербургу (подробнее) МИФНС №50 по г. Москве (подробнее) МИФНС №8 по Санкт-Петербургу (подробнее) МИФНС России №10 по Санкт-Петербургу (подробнее) /// Начальнику Следственного отдела по Василеостровском району ГСУ СК РФ по Санкт-Петербургу Ибрагимову Евгению Игоревичу (подробнее) /// Начальнику УМВД РОссии по Василеостровскому району Богачуку Сергею Алексеевичу (подробнее) /н/ Межрайонная ИФНС №15 по Санкт-Петербургу (подробнее) НП "Саморегулируемая организация арбитражных управляющих Северо-Запада" (подробнее) НП СОАУ "Развитие" (подробнее) /// НП СРО АУ "Развитие" (подробнее) ОАО "Банк Москвы" (подробнее) ОАО "Международная Управляющая Компания" (подробнее) ОАО "Энергомонтажный поезд №752" (подробнее) ООО "АБСОЛЮТСТАЛЬ ГРУПП" (подробнее) ООО "Альбион" (подробнее) ООО "Балтийский завод-Судостроение" (подробнее) ООО "Бюро независимой экспертизы "Версия" (подробнее) ООО в/у "Джуффин плаза" Жаркова Неля Юрьевна (подробнее) ООО в/у "Конкрит" Кирищева Елена Николаевна (подробнее) ООО в/у "Корст" Харитонов Кирилл Александрович (подробнее) ООО в/у "Элиада" Помиранцев Дмитрий Святославович (подробнее) ООО "Инжтехнология" (подробнее) ООО "Капитал-Строй" (подробнее) ООО "Комплит Билдинг Сервисез" (подробнее) ООО "Конкрит" (подробнее) ООО к/у "Альбион" Лесников Павел Сергеевич (подробнее) ООО КУ "Космос СПб" Карих Л.А. (подробнее) ООО к/у "Космос СПБ" Череднякова Т.Е. (подробнее) ООО к/у "Космос Спецстрой" Кубелун Валерий Янкелевич (подробнее) ООО К/у "НПО "Космос" Логинов О.А. (подробнее) ООО К/у "ТД Космос" Пименов Евгений Романович (подробнее) ООО к/у "ФИРМА ПРОМСТРОЙРЕКОНСТРУКЦИЯ" в лице Котенева Дениса Сергеевича (подробнее) ООО к/у "Фирма ПроСтройРеконструкция" Котенев Денис Сергеевич (подробнее) ООО "МБА" (подробнее) ООО "МВМ" (подробнее) ООО "Межрегиональное правовое агентство" (подробнее) ООО "МК-20СХ" (подробнее) ООО "Мостостройпроект" (подробнее) ООО "МПА" (подробнее) ООО /// "НПО "Космос" (подробнее) ООО "Русэнергосбыт" (подробнее) ООО "Ситилинк" (подробнее) ООО "Софийская" (подробнее) ООО ""Страховое общество "Помощь" (подробнее) ООО "Стройресурс" (подробнее) ООО "СУ Космом-М" (подробнее) ООО "СУ Космос-М" (подробнее) ООО "ЦТК-Транс" (подробнее) ООО "Штросс" (подробнее) ООО ЮК "Наше дело" для Куржос Виктора Ивановича (подробнее) Санкт-Петербургское государственное казенное учреждение "Дирекция транспортного строительства" (подробнее) Следственный отдел по Василеостровскому району (подробнее) Смирнова Елена Леонидовна(Богомолову А. д.) (подробнее) /// СПИ Василеостровского РОСП УФССП России по Санкт-Петербургу Ерохину А.С. (подробнее) СРО "Содействие" (подробнее) /// Судебному приставу - исполнителю Железнодорожного районного отдела судебных приставов г. Екатеринбурга Федеральной службы судебных приставов Казанцевой Ю.С. (подробнее) /// Тринадцатый арбитражный апелляционный суд (подробнее) /// Управление по вопросам миграции МВД России по Санкт-Петербургу и Лен. области (подробнее) Управление Росреестра по Санкт-Петербургу (подробнее) Управление Федеральной миграционной службы России по г. Москве (подробнее) Управление Федеральной службы государственной регистрации, кадастра и картографии по Ленинградской области (подробнее) Управление Федеральной службы судебных приставов по Санкт-Петербургу (подробнее) Управление Федеральной службы судебных приставов России по Санкт-Петербургу (подробнее) Управление ФССП по СПб (подробнее) Управлении Росреестра по Санкт-Петербургу (подробнее) Управления Федеральной службы государственной регистрации, кадастра и картографии по Ульяновской области (подробнее) УФК по Санкт-Петербургу (подробнее) УФНС по г.Москве (подробнее) УФНС по Санкт-Петербургу (подробнее) УФССП по Санкт-Петербургу (подробнее) учредителю - Чернякову А.В. (подробнее) ФГБУ Филиал "ФКП Росреестра" по Сакнт - Петербургу (подробнее) Федеральная служба государственной регистрации, кадастра и картографии (подробнее) Филиал "Северо-западный Банка ВТБ" (подробнее) Центральный банк России (подробнее) Яшкин Михаил Григорьевич(Богомолову А.Д.) (подробнее) Последние документы по делу: Определение от 20 сентября 2017 г. по делу № А56-16303/2014 Определение от 23 января 2017 г. по делу № А56-16303/2014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