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недвижимости «Товарищество собственников жилья «Прибрежное»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ТСЖ ТОВАРИЩЕСТВО СОБСТВЕННИКОВ НЕДВИЖИМОСТИ " "ПРИБРЕЖНОЕ" (подробнее) Ответчики: Нижне-Волжское управление Федеральной службы по экологическому, технологическому и атомному надзору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