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Каневского района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