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коммерческому банку «Центр-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КОММЕРЧЕСКИЙ БАНК "ЦЕНТР-ИНВЕСТ" (подробнее) Ответчики: Управление федерального казначейства по Ростовской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