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«Подрядная организация специализированная имени Кирова»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