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«Аэропорт Якутск»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