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товариществу собственников жилья «Татищева, 92»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Министерство энергетики и жилищно-коммунального хозяйства Свердловской области (подробнее) ТСЖ ТАТИЩЕВА,92 (подробнее) Ответчики: Управление Федеральной антимонопольной службы по Свердловской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