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города Москвы «Инфекционная клиническая больница № 2 Департамента здравоохранения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ГОСУДАРСТВЕННОЕ БЮДЖЕТНОЕ УЧРЕЖДЕНИЕ ЗДРАВООХРАНЕНИЯ ГОРОДА МОСКВЫ "ИНФЕКЦИОННАЯ КЛИНИЧЕСКАЯ БОЛЬНИЦА №2 ДЕПАРТАМЕНТА ЗДРАВООХРАНЕНИЯ ГОРОДА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