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Агентству государственного строительного и жилищного надзора Ульяновской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НИИАР-ГЕНЕРАЦИЯ (подробнее) Ответчики: Агентство государственного строительного и жилищного надзора Ульяновской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