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«Центральное окружное управление материально-технического снабжения Министерства внутренних дел Российской Федерации»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Федеральное казенное учреждение "Центральное окружное управление материально-технического снабжения Министерства внутренних дел Российской Федерации" (подробнее) Ответчики: ООО "Сервислайн"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