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"НОВОЕ ИНФОРМАЦИОННО-ТЕХНОЛОГИЧНОЕ ЭНЕРГОСБЕРЕЖЕНИЕ" (подробнее) Ответчики: Госжилинспекция Липецкой области (подробнее) Иные лица: Государственная жилищная инспекция Липецкой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