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«АСМ-Инвест»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"АСМ-ИНВЕСТ" (подробнее) Ответчики: Инспекция Федеральной налоговой службы по г. Мурманску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