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«Монди Сыктывкарский ЛПК»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"Монди Сыктывкарский ЛПК" (подробнее) Ответчики: Межрегиональное управление Федеральной службы по надзору в сфере природопользования по Республике Коми и Ненецкому автономному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