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«Главное управление строительства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ГКУ "Главное управление строительства КК" (подробнее) Государственное казенное учреждение "Главное управление строительства Краснодарского края" (подробнее) Ответчики: Управление Федерального казначейства по КК (подробнее) Управление федерального Казначейства по Краснодарскому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