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«Страховая компания Гайде»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Ответчики: АО "СК Гайде"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