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ОМВД России по Пресненскому району г.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