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«31 Государственный проектный институт специального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АО "31 ГОСУДАРСТВЕННЫЙ ПРОЕКТНЫЙ ИНСТИТУТ СПЕЦИАЛЬНОГО СТРОИТЕЛЬСТВА"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