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«Центр закупок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Республики Саха (Якутия) "Центр закупок Республики Саха (Якутия)" (подробнее) Ответчики: Управление Федеральной антимонопольной службы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