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Шебуняеву Константину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