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«Высочайший»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"Высочайший" (подробнее) Ответчики: межрайонная инспекция Федеральной налоговой службы по крупнейшим налогоплательщикам №9 по Кемеровской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