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«Куба Пак Экспресс»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