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Промышленно-энергетические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"Совместное предприятие промышленно-энергетические технологии" (подробнее) Ответчики: Государственная административно-техническая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