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Московской административной дорожной инспекции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"МЭЙДЖОР ПРОФИ" (подробнее) Ответчики: Московская административная дорожная инспекция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