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«Авто-Авангард»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"АВТО-АВАНГАРД"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