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"ТОРГОВЫЙ ДОМ "КЗМИ" (подробнее) Ответчики: ООО "АРГО" (подробнее) ООО "ТОРГОВЫЙ ДОМ "КЗМИ"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