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Производственное объединение "УРАЛЭНЕРГОМОНТАЖ" (подробнее) АО "Уральская энергетическая строительная компания"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