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казенному учреждению здравоохранения «Санаторий «Сосновый» МВД России»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