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Ханты-Мансийскому автономному округу –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Арбитражный суд Западно-Сибирского округа (подробнее) Восьмой арбитражный апелляционный суд (подробнее) ДЕПАРТАМЕНТ НЕДРОПОЛЬЗОВАНИЯ И ПРИРОДНЫХ РЕСУРСОВ ХАНТЫ-МАНСИЙСКОГО АВТОНОМНОГО ОКРУГА - ЮГРЫ (подробнее) Ответчики: Управление Федеральной антимонопольной службы по Ханты-Мансийскому автономному округу - Югре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