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ФИО1 к субсидиарной ответственности. Определением Арбитражного суда Республики Татарстан от 01.06.2018, оставленным без изменения постановлениями Одиннадцатого арбитражного апелляционного суда от 12.09.2018 и Арбитражного суда Поволжского округа от 22.11.2018, заявление удовлетворено частично. ФИО1 привлечён к субсидиарной ответственности на основании пункта 2 статьи 61.11 Федерального закона от 26.10.2002 № 127-ФЗ «О несостоятельности (банкротстве)» (далее – Закон о банкротстве). Производство по обособленному спору приостановлено в части определения размера субсидиарной ответственности до окончания расчётов с кредиторами (13.08.2018). В удовлетворении остальной части заявления отказано. В кассационной жалобе, поданной в Верховный Суд Российской Федерации, заявитель просит отменить указанные судебные акты в части привлечения его к субсидиарной ответственности.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в оспариваемой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61.10 , 61.11 , 61.16 Закона о банкротстве, исходили из доказанности всей совокупности условий, необходимых для привлечения ФИО1 к субсидиарной ответственности ввиду неисполнения им требований вступившего в законную силу судебного акта, обязавшего его передать конкурсному управляющему бухгалтерскую и иную документацию должника, печати, штампы и иные материальные ценности, что затруднило проведение применяемых в банкротстве процедур, в том числе формирование и реализацию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Адресно-справочная служба (подробнее) АССОЦИАЦИЯ "САМОРЕГУЛИРУЕМАЯ ОРГАНИЗАЦИЯ АРБИТРАЖНЫХ УПРАВЛЯЮЩИХ ЦЕНТРАЛЬНОГО ФЕДЕРАЛЬНОГО ОКРУГА" (подробнее) Верховный Суд Республики Татарстан, г.Казань (подробнее) Инспекция Федеральной налоговой службы по г.Набережные Челны Республики Татарстан (подробнее) к/у Кузьмин Алексей Александрович (подробнее) Межрацонная инспекция Федеральной налоговой службы №18 по Республике Татарстан (подробнее) Набережночелнинская городская организация профсоюза работников здравоохранения Российской Федерации, г. Набережные Челны (подробнее) Одиннадцатый арбитражный апелляционный суд, г.Самара (подробнее) ООО "Антонио-пицца" (подробнее) ООО "Антонио-Пицца", г.Набережные Челны (подробнее) ООО Конкурсный управляющий "Антонио-Пицца" Кузьмин Алексей Александрович (подробнее) ООО тр.л. "Арарат" (подробнее) ООО тр.л. "Афродита" (подробнее) ООО тр.л. "Куратор" (подробнее) Отдел судебных приставов №2 г. Набережные Челны (подробнее) ПАО "Тимер Банк" (подробнее) ПАО "Тимер банк", г. Казань (подробнее) Публичное акционерно общество "Тимер банк", г.Казань (подробнее) Управление Федеральной налоговой службы по Республике Татарстан (подробнее) Управление Федеральной налоговой службы по Республике Татарстан, г.Казань (подробнее) Управление Федеральной службы государственной регистрации, кадастра и картографии по Республике Татарстан, г.Казань (подробнее) Управление Федеральной службы судебных приставов по РТ г. Казань (подробнее) Федеральная налоговая служба России, г.Москва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