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«СДС 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Копейко А.В. - представитель "СДС Логистик" (подробнее) ООО "СДС Логистик" (подробнее) Ответчики: ИФНС РОССИИ по Центральному району г. Хабаровска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