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«Межрегиональная распределительная сетевая компания Урала»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ОАО "Межрегиональная распределительная сетевая компания Урала" (подробнее) Ответчики: Управление Федеральной антимонопольной службы по Свердловской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