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«Медицинский центр реабилитации «Здоровье – ХХI век»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"Медицинский центр Реабилитации "Здоровье xxI век" (подробнее) ООО "МЕДИЦИНСКИЙ ЦЕНТР РЕАБИЛИТАЦИИ "ЗДОРОВЬЕ-XXI ВЕК" (подробнее) Ответчики: Территориальный фонд обязательного медицинского страхования Ростовской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