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Осипов Валерий Владимирович (подробнее) Ответчики: ООО Росгосстрах, г.Н.Новгород (подробнее) ПАО СК "Росгосстрах" (подробнее) Иные лица: начальнику ОБ ДПС ГИБДД Управления МВД России по городу Нижнему Новгороду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