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«Гелиос-Агрозащита»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К/управляющий "Шарыповский АПК" Букалов Л.В. (подробнее) ООО К/управляющий "Шарыповский АПК" Букалов Леонид Владимирович (подробнее) Ответчики: ООО "Гелиос-Агрозащита"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