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«ПКФ «УНГД»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ПКФ "УНГД" (подробнее) Ответчики: Межрайонная инспекция Федеральной налоговой службы №21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