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«Центральный Участок»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"Центральный участок" (подробнее) АО ЮГРА-ЭКОЛОГИЯ (подробнее) Ответчики: Служба муниципального контроля администрации города Нефтеюганск (подробнее) Иные лица: Администрация города Нефтеюганска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