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Контрольно-ревизионной инспекции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