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«Военный комиссариат Республики Алтай»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региональное отделение Фонда социального страхования Российской Федерации по Республике Алтай (подробнее) Ответчики: Федеральное казенное учреждение "Военный комиссариат Республики Алтай"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