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Западно-Уральскому межрегиональному управлению Федеральной службы по надзору в сфере природопользования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Иные лица: Управление Федеральной службы по надзору в сфере природопользования по Пермскому краю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