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«Авто-КоБа»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"Авто-КоБА" (подробнее) Ответчики: ФЕДЕРАЛЬНАЯ СЛУЖБА ПО НАДЗОРУ В СФЕРЕ ТРАНСПОРТА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