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«Нефтетрейдерская группа ПрофиТЭК»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"НЕФТЕТРЕЙДЕРСКАЯ ГРУППА ПРОФИТЭК" (подробнее) Ответчики: Межрайонная инспекция Федеральной налоговой службы №9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