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«Владимирский завод прецизионных сплавов»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"ВЛАДИМИРСКИЙ ЗАВОД ПРЕЦИЗИОННЫХ СПЛАВОВ" (подробнее) Ответчики: АО "ЦЕНТРАЛЬНЫЙ НАУЧНО-ИССЛЕДОВАТЕЛЬСКИЙ ИНСТИТУТ МАШИНОСТРОЕНИЯ"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