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«Альфа-Банк»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"Альфа-Банк" (подробнее) Ответчики: Межрайонная Инспекция Федеральной Налоговой службы России №16 по Иркутской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