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«Вита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"ВИТА Групп"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