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«Канашский автоагрегатный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