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«ИНОКСМАРКЕТ»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"ИНОКСМАРКЕТ" (подробнее) Ответчики: ИНСПЕКЦИЯ МИНИСТЕРСТВА РОССИЙСКОЙ ФЕДЕРАЦИИ ПО НАЛОГОМ И СБОРАМ №23 ПО ЮГО-ВОСТОЧНОМУ АДМИНИСТРАТИВНОМУ ОКРУГУ Г. МОСКВЫ (подробнее) Управление Федеральной налоговой службы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