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Ростовской таможне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"РММП" (подробнее) ООО "РОСТОВСКИЙ МОРСКОЙ МУЛЬТИМОДАЛЬНЫЙ ПОРТ" (подробнее) Ответчики: Ростовская таможня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