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«Коллекшн 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"Коллекшн Консалт" (подробнее) Ответчики: УФССП по Курской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