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«Теплоэнергосервис»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"Теплоэнергосервис" (подробнее) Ответчики: ООО "СтройАльянс"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